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82927" w14:textId="77777777" w:rsidR="00C318E7" w:rsidRDefault="00000000">
      <w:pPr>
        <w:spacing w:after="60"/>
      </w:pPr>
      <w:r>
        <w:rPr>
          <w:b/>
          <w:color w:val="185B39"/>
          <w:sz w:val="34"/>
        </w:rPr>
        <w:t>INGREDIENTS DELI</w:t>
      </w:r>
    </w:p>
    <w:p w14:paraId="616F95A8" w14:textId="48E3F787" w:rsidR="00C318E7" w:rsidRDefault="00000000">
      <w:pPr>
        <w:pBdr>
          <w:bottom w:val="single" w:sz="12" w:space="5" w:color="B8323B"/>
        </w:pBdr>
        <w:spacing w:after="140"/>
      </w:pPr>
      <w:r>
        <w:rPr>
          <w:b/>
          <w:color w:val="A4222A"/>
          <w:sz w:val="22"/>
        </w:rPr>
        <w:t xml:space="preserve">CHRISTMAS CATERING </w:t>
      </w:r>
      <w:proofErr w:type="gramStart"/>
      <w:r>
        <w:rPr>
          <w:b/>
          <w:color w:val="A4222A"/>
          <w:sz w:val="22"/>
        </w:rPr>
        <w:t>ORDER</w:t>
      </w:r>
      <w:r w:rsidR="007D0534">
        <w:rPr>
          <w:b/>
          <w:color w:val="A4222A"/>
          <w:sz w:val="22"/>
        </w:rPr>
        <w:t xml:space="preserve"> </w:t>
      </w:r>
      <w:r>
        <w:rPr>
          <w:b/>
          <w:color w:val="A4222A"/>
          <w:sz w:val="22"/>
        </w:rPr>
        <w:t xml:space="preserve"> FORM</w:t>
      </w:r>
      <w:proofErr w:type="gramEnd"/>
      <w:r>
        <w:rPr>
          <w:b/>
          <w:color w:val="A4222A"/>
          <w:sz w:val="22"/>
        </w:rPr>
        <w:t xml:space="preserve"> 2026</w:t>
      </w:r>
      <w:r>
        <w:rPr>
          <w:color w:val="325641"/>
        </w:rPr>
        <w:t xml:space="preserve">   •   Christmas &amp; Everyday Catering Menu   •   Kenmore, Brisbane</w:t>
      </w:r>
    </w:p>
    <w:p w14:paraId="10CD3BBB" w14:textId="131637D3" w:rsidR="00C318E7" w:rsidRDefault="00000000">
      <w:pPr>
        <w:spacing w:after="60"/>
      </w:pPr>
      <w:r>
        <w:rPr>
          <w:b/>
          <w:color w:val="2B4B58"/>
          <w:sz w:val="18"/>
        </w:rPr>
        <w:t>CUSTOMER &amp; ORDER DETAILS</w:t>
      </w:r>
      <w:r w:rsidR="007D0534">
        <w:rPr>
          <w:b/>
          <w:color w:val="2B4B58"/>
          <w:sz w:val="18"/>
        </w:rPr>
        <w:t xml:space="preserve">  </w:t>
      </w:r>
      <w:proofErr w:type="gramStart"/>
      <w:r w:rsidR="007D0534">
        <w:rPr>
          <w:b/>
          <w:color w:val="2B4B58"/>
          <w:sz w:val="18"/>
        </w:rPr>
        <w:t xml:space="preserve">   (</w:t>
      </w:r>
      <w:proofErr w:type="gramEnd"/>
      <w:r w:rsidR="007D0534">
        <w:rPr>
          <w:b/>
          <w:color w:val="2B4B58"/>
          <w:sz w:val="18"/>
        </w:rPr>
        <w:t xml:space="preserve"> LAST DATE TO ORDER ALL PRODUCTS ARE 4/12/26)</w:t>
      </w:r>
    </w:p>
    <w:p w14:paraId="2C79256A" w14:textId="77777777" w:rsidR="00C318E7" w:rsidRDefault="00000000">
      <w:pPr>
        <w:spacing w:after="60"/>
      </w:pPr>
      <w:r>
        <w:rPr>
          <w:color w:val="2B4B58"/>
          <w:sz w:val="18"/>
        </w:rPr>
        <w:t>Customer name: ________________________</w:t>
      </w:r>
      <w:proofErr w:type="gramStart"/>
      <w:r>
        <w:rPr>
          <w:color w:val="2B4B58"/>
          <w:sz w:val="18"/>
        </w:rPr>
        <w:t>_  Phone</w:t>
      </w:r>
      <w:proofErr w:type="gramEnd"/>
      <w:r>
        <w:rPr>
          <w:color w:val="2B4B58"/>
          <w:sz w:val="18"/>
        </w:rPr>
        <w:t>: _________________</w:t>
      </w:r>
      <w:proofErr w:type="gramStart"/>
      <w:r>
        <w:rPr>
          <w:color w:val="2B4B58"/>
          <w:sz w:val="18"/>
        </w:rPr>
        <w:t>_  Order</w:t>
      </w:r>
      <w:proofErr w:type="gramEnd"/>
      <w:r>
        <w:rPr>
          <w:color w:val="2B4B58"/>
          <w:sz w:val="18"/>
        </w:rPr>
        <w:t xml:space="preserve"> date: _________</w:t>
      </w:r>
      <w:proofErr w:type="gramStart"/>
      <w:r>
        <w:rPr>
          <w:color w:val="2B4B58"/>
          <w:sz w:val="18"/>
        </w:rPr>
        <w:t>_  Collection</w:t>
      </w:r>
      <w:proofErr w:type="gramEnd"/>
      <w:r>
        <w:rPr>
          <w:color w:val="2B4B58"/>
          <w:sz w:val="18"/>
        </w:rPr>
        <w:t xml:space="preserve"> date: __________</w:t>
      </w:r>
    </w:p>
    <w:p w14:paraId="3E9D1AFD" w14:textId="77777777" w:rsidR="00C318E7" w:rsidRDefault="00000000">
      <w:pPr>
        <w:spacing w:after="60"/>
      </w:pPr>
      <w:r>
        <w:rPr>
          <w:color w:val="2B4B58"/>
          <w:sz w:val="18"/>
        </w:rPr>
        <w:t>Time: _________</w:t>
      </w:r>
      <w:proofErr w:type="gramStart"/>
      <w:r>
        <w:rPr>
          <w:color w:val="2B4B58"/>
          <w:sz w:val="18"/>
        </w:rPr>
        <w:t>_  Collection</w:t>
      </w:r>
      <w:proofErr w:type="gramEnd"/>
      <w:r>
        <w:rPr>
          <w:color w:val="2B4B58"/>
          <w:sz w:val="18"/>
        </w:rPr>
        <w:t xml:space="preserve"> / Delivery (</w:t>
      </w:r>
      <w:proofErr w:type="gramStart"/>
      <w:r>
        <w:rPr>
          <w:color w:val="2B4B58"/>
          <w:sz w:val="18"/>
        </w:rPr>
        <w:t xml:space="preserve">circle)   </w:t>
      </w:r>
      <w:proofErr w:type="gramEnd"/>
      <w:r>
        <w:rPr>
          <w:color w:val="2B4B58"/>
          <w:sz w:val="18"/>
        </w:rPr>
        <w:t>Delivery address: ________________________________________</w:t>
      </w:r>
    </w:p>
    <w:p w14:paraId="2C2140B1" w14:textId="19B88E9F" w:rsidR="00C318E7" w:rsidRDefault="00000000">
      <w:pPr>
        <w:spacing w:after="60"/>
      </w:pPr>
      <w:r>
        <w:rPr>
          <w:color w:val="2B4B58"/>
          <w:sz w:val="18"/>
        </w:rPr>
        <w:t>Taken by: _________________</w:t>
      </w:r>
      <w:proofErr w:type="gramStart"/>
      <w:r>
        <w:rPr>
          <w:color w:val="2B4B58"/>
          <w:sz w:val="18"/>
        </w:rPr>
        <w:t>_  Confirmed</w:t>
      </w:r>
      <w:proofErr w:type="gramEnd"/>
      <w:r>
        <w:rPr>
          <w:color w:val="2B4B58"/>
          <w:sz w:val="18"/>
        </w:rPr>
        <w:t xml:space="preserve"> by: __________________</w:t>
      </w:r>
    </w:p>
    <w:p w14:paraId="12BB858B" w14:textId="77777777" w:rsidR="00C318E7" w:rsidRDefault="00000000">
      <w:pPr>
        <w:spacing w:after="60"/>
      </w:pPr>
      <w:r>
        <w:rPr>
          <w:b/>
          <w:color w:val="2B4B58"/>
          <w:sz w:val="18"/>
        </w:rPr>
        <w:t>CHRISTMAS SWEETS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1552DE8D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EFEE4A9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539705F4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63CC4452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2E65E019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19C5B86D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73074EE" w14:textId="77777777" w:rsidR="00C318E7" w:rsidRDefault="00000000">
            <w:r>
              <w:rPr>
                <w:sz w:val="14"/>
              </w:rPr>
              <w:t>Fruit Mince Pie — each</w:t>
            </w:r>
          </w:p>
        </w:tc>
        <w:tc>
          <w:tcPr>
            <w:tcW w:w="2613" w:type="dxa"/>
          </w:tcPr>
          <w:p w14:paraId="0902A0A9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$6.20</w:t>
            </w:r>
          </w:p>
        </w:tc>
        <w:tc>
          <w:tcPr>
            <w:tcW w:w="2613" w:type="dxa"/>
          </w:tcPr>
          <w:p w14:paraId="44DA30D6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0190597D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7A97E7B9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140E0ED" w14:textId="77777777" w:rsidR="00C318E7" w:rsidRDefault="00000000">
            <w:r>
              <w:rPr>
                <w:sz w:val="14"/>
              </w:rPr>
              <w:t>Fruit Mince Pies — dozen (12)</w:t>
            </w:r>
          </w:p>
        </w:tc>
        <w:tc>
          <w:tcPr>
            <w:tcW w:w="2613" w:type="dxa"/>
          </w:tcPr>
          <w:p w14:paraId="4101B356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$68.00</w:t>
            </w:r>
          </w:p>
        </w:tc>
        <w:tc>
          <w:tcPr>
            <w:tcW w:w="2613" w:type="dxa"/>
          </w:tcPr>
          <w:p w14:paraId="7949B41E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1B8FE6DA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A19CB1" w14:textId="74BF6CD2" w:rsidR="00C318E7" w:rsidRDefault="00000000">
      <w:pPr>
        <w:spacing w:after="60"/>
      </w:pPr>
      <w:r>
        <w:rPr>
          <w:b/>
          <w:color w:val="2B4B58"/>
          <w:sz w:val="18"/>
        </w:rPr>
        <w:t>ROUND CAKES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5EF75AD9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3050F23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34228D94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2C9E34C4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4C5B206A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25AE9559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2651697" w14:textId="77777777" w:rsidR="00C318E7" w:rsidRDefault="00000000">
            <w:r>
              <w:rPr>
                <w:sz w:val="14"/>
              </w:rPr>
              <w:t>Orange Almond Cake — 6 inch / 8 inch</w:t>
            </w:r>
          </w:p>
        </w:tc>
        <w:tc>
          <w:tcPr>
            <w:tcW w:w="2613" w:type="dxa"/>
          </w:tcPr>
          <w:p w14:paraId="0B207DF1" w14:textId="72425565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$34.99 / $</w:t>
            </w:r>
            <w:r w:rsidR="00DB6B4F">
              <w:rPr>
                <w:sz w:val="14"/>
              </w:rPr>
              <w:t>48</w:t>
            </w:r>
            <w:r>
              <w:rPr>
                <w:sz w:val="14"/>
              </w:rPr>
              <w:t>.00</w:t>
            </w:r>
          </w:p>
        </w:tc>
        <w:tc>
          <w:tcPr>
            <w:tcW w:w="2613" w:type="dxa"/>
          </w:tcPr>
          <w:p w14:paraId="788C4D48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DF, GF, VEG</w:t>
            </w:r>
          </w:p>
        </w:tc>
        <w:tc>
          <w:tcPr>
            <w:tcW w:w="2613" w:type="dxa"/>
          </w:tcPr>
          <w:p w14:paraId="397DAEFB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48FBF520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5A439B8" w14:textId="77777777" w:rsidR="00C318E7" w:rsidRDefault="00000000">
            <w:r>
              <w:rPr>
                <w:sz w:val="14"/>
              </w:rPr>
              <w:t>Flourless Chocolate &amp; Almond Cake — 6 inch / 8 inch</w:t>
            </w:r>
          </w:p>
        </w:tc>
        <w:tc>
          <w:tcPr>
            <w:tcW w:w="2613" w:type="dxa"/>
          </w:tcPr>
          <w:p w14:paraId="78471F22" w14:textId="54AD3BBD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</w:t>
            </w:r>
            <w:r w:rsidR="00DB6B4F">
              <w:rPr>
                <w:sz w:val="14"/>
              </w:rPr>
              <w:t>41</w:t>
            </w:r>
            <w:r>
              <w:rPr>
                <w:sz w:val="14"/>
              </w:rPr>
              <w:t>.99 / $</w:t>
            </w:r>
            <w:r w:rsidR="00DB6B4F">
              <w:rPr>
                <w:sz w:val="14"/>
              </w:rPr>
              <w:t>60</w:t>
            </w:r>
            <w:r>
              <w:rPr>
                <w:sz w:val="14"/>
              </w:rPr>
              <w:t>.00</w:t>
            </w:r>
          </w:p>
        </w:tc>
        <w:tc>
          <w:tcPr>
            <w:tcW w:w="2613" w:type="dxa"/>
          </w:tcPr>
          <w:p w14:paraId="5B824CA4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GF, VEG</w:t>
            </w:r>
          </w:p>
        </w:tc>
        <w:tc>
          <w:tcPr>
            <w:tcW w:w="2613" w:type="dxa"/>
          </w:tcPr>
          <w:p w14:paraId="30C321FF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41B3165B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4F79D07" w14:textId="77777777" w:rsidR="00C318E7" w:rsidRDefault="00000000">
            <w:r>
              <w:rPr>
                <w:sz w:val="14"/>
              </w:rPr>
              <w:t>Lemon Curd Baked Cheesecake — 6 inch / 8 inch</w:t>
            </w:r>
          </w:p>
        </w:tc>
        <w:tc>
          <w:tcPr>
            <w:tcW w:w="2613" w:type="dxa"/>
          </w:tcPr>
          <w:p w14:paraId="2A4FC533" w14:textId="0307C8D5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 xml:space="preserve">$34.99 / </w:t>
            </w:r>
            <w:r w:rsidR="00DB6B4F">
              <w:rPr>
                <w:sz w:val="14"/>
              </w:rPr>
              <w:t>$48.</w:t>
            </w:r>
            <w:r>
              <w:rPr>
                <w:sz w:val="14"/>
              </w:rPr>
              <w:t>00</w:t>
            </w:r>
          </w:p>
        </w:tc>
        <w:tc>
          <w:tcPr>
            <w:tcW w:w="2613" w:type="dxa"/>
          </w:tcPr>
          <w:p w14:paraId="514CFD15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GF, VEG</w:t>
            </w:r>
          </w:p>
        </w:tc>
        <w:tc>
          <w:tcPr>
            <w:tcW w:w="2613" w:type="dxa"/>
          </w:tcPr>
          <w:p w14:paraId="1195FA61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7F0FA0E0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E6D86F7" w14:textId="77777777" w:rsidR="00C318E7" w:rsidRDefault="00000000">
            <w:r>
              <w:rPr>
                <w:sz w:val="14"/>
              </w:rPr>
              <w:t>Mixed Berry Baked Cheesecake — 6 inch / 8 inch</w:t>
            </w:r>
          </w:p>
        </w:tc>
        <w:tc>
          <w:tcPr>
            <w:tcW w:w="2613" w:type="dxa"/>
          </w:tcPr>
          <w:p w14:paraId="1ADF6668" w14:textId="47164278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$34.99 / $</w:t>
            </w:r>
            <w:r w:rsidR="00DB6B4F">
              <w:rPr>
                <w:sz w:val="14"/>
              </w:rPr>
              <w:t>48</w:t>
            </w:r>
            <w:r>
              <w:rPr>
                <w:sz w:val="14"/>
              </w:rPr>
              <w:t>.00</w:t>
            </w:r>
          </w:p>
        </w:tc>
        <w:tc>
          <w:tcPr>
            <w:tcW w:w="2613" w:type="dxa"/>
          </w:tcPr>
          <w:p w14:paraId="076871DC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GF, VEG</w:t>
            </w:r>
          </w:p>
        </w:tc>
        <w:tc>
          <w:tcPr>
            <w:tcW w:w="2613" w:type="dxa"/>
          </w:tcPr>
          <w:p w14:paraId="4CE4C2BD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59BB7E0" w14:textId="77777777" w:rsidR="00C318E7" w:rsidRDefault="00000000">
      <w:pPr>
        <w:spacing w:after="60"/>
      </w:pPr>
      <w:r>
        <w:rPr>
          <w:b/>
          <w:color w:val="2B4B58"/>
          <w:sz w:val="18"/>
        </w:rPr>
        <w:t>CHRISTMAS PARTY SET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43AED688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11E9C1A7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4FB6DCC3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35400E6A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7575CFB9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464474E6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1F114754" w14:textId="77777777" w:rsidR="00024803" w:rsidRDefault="00000000">
            <w:pPr>
              <w:rPr>
                <w:b w:val="0"/>
                <w:bCs w:val="0"/>
                <w:sz w:val="14"/>
              </w:rPr>
            </w:pPr>
            <w:r>
              <w:rPr>
                <w:sz w:val="14"/>
              </w:rPr>
              <w:t xml:space="preserve">Premium ham set: half unsliced ham, 6 fruit </w:t>
            </w:r>
            <w:proofErr w:type="gramStart"/>
            <w:r>
              <w:rPr>
                <w:sz w:val="14"/>
              </w:rPr>
              <w:t>mince</w:t>
            </w:r>
            <w:proofErr w:type="gramEnd"/>
            <w:r>
              <w:rPr>
                <w:sz w:val="14"/>
              </w:rPr>
              <w:t xml:space="preserve"> pies,</w:t>
            </w:r>
          </w:p>
          <w:p w14:paraId="2568EFA8" w14:textId="5FB77FD1" w:rsidR="00C318E7" w:rsidRDefault="00000000">
            <w:r>
              <w:rPr>
                <w:sz w:val="14"/>
              </w:rPr>
              <w:t xml:space="preserve"> Greek salad serves </w:t>
            </w:r>
            <w:r w:rsidR="00024803">
              <w:rPr>
                <w:sz w:val="14"/>
              </w:rPr>
              <w:t>6 to 8 people</w:t>
            </w:r>
          </w:p>
        </w:tc>
        <w:tc>
          <w:tcPr>
            <w:tcW w:w="2613" w:type="dxa"/>
          </w:tcPr>
          <w:p w14:paraId="11FF7CED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>
              <w:rPr>
                <w:sz w:val="14"/>
              </w:rPr>
              <w:t>$249.00</w:t>
            </w:r>
          </w:p>
          <w:p w14:paraId="6F3BB532" w14:textId="77777777" w:rsidR="00024803" w:rsidRDefault="000248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(full set $480)</w:t>
            </w:r>
          </w:p>
          <w:p w14:paraId="45BEC81D" w14:textId="5F020AA6" w:rsidR="00024803" w:rsidRDefault="000248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Glazed extra $20</w:t>
            </w:r>
          </w:p>
        </w:tc>
        <w:tc>
          <w:tcPr>
            <w:tcW w:w="2613" w:type="dxa"/>
          </w:tcPr>
          <w:p w14:paraId="430FD055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50B837E0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B45844E" w14:textId="77777777" w:rsidR="00C318E7" w:rsidRDefault="00000000">
      <w:pPr>
        <w:spacing w:after="60"/>
      </w:pPr>
      <w:r>
        <w:rPr>
          <w:b/>
          <w:color w:val="2B4B58"/>
          <w:sz w:val="18"/>
        </w:rPr>
        <w:t>CHRISTMAS HAM — 100% AUSTRALIAN</w:t>
      </w:r>
    </w:p>
    <w:p w14:paraId="44F17BA1" w14:textId="77777777" w:rsidR="00C318E7" w:rsidRDefault="00000000">
      <w:pPr>
        <w:spacing w:after="60"/>
      </w:pPr>
      <w:r>
        <w:rPr>
          <w:color w:val="2B4B58"/>
          <w:sz w:val="14"/>
        </w:rPr>
        <w:t>For sliced ham, specify thickness and weight in special requests.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09DE57BD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F209A6A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20D0C6ED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046C33AA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4606B1C3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0A6A9D03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1D8B598" w14:textId="77777777" w:rsidR="00C318E7" w:rsidRDefault="00000000">
            <w:r>
              <w:rPr>
                <w:sz w:val="14"/>
              </w:rPr>
              <w:t>Whole Free-Range Ham, bone-in, unglazed</w:t>
            </w:r>
          </w:p>
        </w:tc>
        <w:tc>
          <w:tcPr>
            <w:tcW w:w="2613" w:type="dxa"/>
          </w:tcPr>
          <w:p w14:paraId="61BB4A14" w14:textId="3B285E64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</w:t>
            </w:r>
            <w:r w:rsidR="00DB6B4F">
              <w:rPr>
                <w:sz w:val="14"/>
              </w:rPr>
              <w:t>44.99</w:t>
            </w:r>
            <w:r>
              <w:rPr>
                <w:sz w:val="14"/>
              </w:rPr>
              <w:t>/kg</w:t>
            </w:r>
          </w:p>
        </w:tc>
        <w:tc>
          <w:tcPr>
            <w:tcW w:w="2613" w:type="dxa"/>
          </w:tcPr>
          <w:p w14:paraId="6915D481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058640A5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73B7D88D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7162FDE" w14:textId="77777777" w:rsidR="00C318E7" w:rsidRDefault="00000000">
            <w:r>
              <w:rPr>
                <w:sz w:val="14"/>
              </w:rPr>
              <w:t xml:space="preserve">Whole </w:t>
            </w:r>
            <w:proofErr w:type="spellStart"/>
            <w:r>
              <w:rPr>
                <w:sz w:val="14"/>
              </w:rPr>
              <w:t>Gooralie</w:t>
            </w:r>
            <w:proofErr w:type="spellEnd"/>
            <w:r>
              <w:rPr>
                <w:sz w:val="14"/>
              </w:rPr>
              <w:t xml:space="preserve"> Free-range Ham, bone-in, unglazed</w:t>
            </w:r>
          </w:p>
        </w:tc>
        <w:tc>
          <w:tcPr>
            <w:tcW w:w="2613" w:type="dxa"/>
          </w:tcPr>
          <w:p w14:paraId="69371ED4" w14:textId="15CAF2CF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</w:t>
            </w:r>
            <w:r w:rsidR="00DB6B4F">
              <w:rPr>
                <w:sz w:val="14"/>
              </w:rPr>
              <w:t xml:space="preserve">65 </w:t>
            </w:r>
            <w:r>
              <w:rPr>
                <w:sz w:val="14"/>
              </w:rPr>
              <w:t>kg</w:t>
            </w:r>
          </w:p>
        </w:tc>
        <w:tc>
          <w:tcPr>
            <w:tcW w:w="2613" w:type="dxa"/>
          </w:tcPr>
          <w:p w14:paraId="02A69A4A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4C79B23E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3510D8C1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6EFB9CDE" w14:textId="77777777" w:rsidR="00C318E7" w:rsidRDefault="00000000">
            <w:r>
              <w:rPr>
                <w:sz w:val="14"/>
              </w:rPr>
              <w:t>Sliced Baked &amp; Glazed Ham</w:t>
            </w:r>
          </w:p>
        </w:tc>
        <w:tc>
          <w:tcPr>
            <w:tcW w:w="2613" w:type="dxa"/>
          </w:tcPr>
          <w:p w14:paraId="45BDF665" w14:textId="20212BCA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</w:t>
            </w:r>
            <w:r w:rsidR="00DB6B4F">
              <w:rPr>
                <w:sz w:val="14"/>
              </w:rPr>
              <w:t>49.99</w:t>
            </w:r>
            <w:r>
              <w:rPr>
                <w:sz w:val="14"/>
              </w:rPr>
              <w:t>/kg</w:t>
            </w:r>
          </w:p>
        </w:tc>
        <w:tc>
          <w:tcPr>
            <w:tcW w:w="2613" w:type="dxa"/>
          </w:tcPr>
          <w:p w14:paraId="23A26360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27CB15D2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056B477E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6258382E" w14:textId="77777777" w:rsidR="00C318E7" w:rsidRDefault="00000000">
            <w:r>
              <w:rPr>
                <w:sz w:val="14"/>
              </w:rPr>
              <w:t>Sliced Black Forest Gypsy Ham</w:t>
            </w:r>
          </w:p>
        </w:tc>
        <w:tc>
          <w:tcPr>
            <w:tcW w:w="2613" w:type="dxa"/>
          </w:tcPr>
          <w:p w14:paraId="6D703545" w14:textId="6D427320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</w:t>
            </w:r>
            <w:r w:rsidR="00DB6B4F">
              <w:rPr>
                <w:sz w:val="14"/>
              </w:rPr>
              <w:t>58</w:t>
            </w:r>
            <w:r>
              <w:rPr>
                <w:sz w:val="14"/>
              </w:rPr>
              <w:t>/kg</w:t>
            </w:r>
          </w:p>
        </w:tc>
        <w:tc>
          <w:tcPr>
            <w:tcW w:w="2613" w:type="dxa"/>
          </w:tcPr>
          <w:p w14:paraId="04B87BE0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3474F1C1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435CF436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FA26019" w14:textId="77777777" w:rsidR="00C318E7" w:rsidRDefault="00000000">
            <w:r>
              <w:rPr>
                <w:sz w:val="14"/>
              </w:rPr>
              <w:t>Sliced New York Ham</w:t>
            </w:r>
          </w:p>
        </w:tc>
        <w:tc>
          <w:tcPr>
            <w:tcW w:w="2613" w:type="dxa"/>
          </w:tcPr>
          <w:p w14:paraId="134D892F" w14:textId="19C3EEB0" w:rsidR="00C318E7" w:rsidRDefault="00DB6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$49.99</w:t>
            </w:r>
            <w:r w:rsidR="00000000">
              <w:rPr>
                <w:sz w:val="14"/>
              </w:rPr>
              <w:t>/kg</w:t>
            </w:r>
          </w:p>
        </w:tc>
        <w:tc>
          <w:tcPr>
            <w:tcW w:w="2613" w:type="dxa"/>
          </w:tcPr>
          <w:p w14:paraId="20948B58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7DB27C71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3B369258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60118A84" w14:textId="77777777" w:rsidR="00C318E7" w:rsidRDefault="00000000">
            <w:r>
              <w:rPr>
                <w:sz w:val="14"/>
              </w:rPr>
              <w:t xml:space="preserve">Sliced </w:t>
            </w:r>
            <w:proofErr w:type="spellStart"/>
            <w:r>
              <w:rPr>
                <w:sz w:val="14"/>
              </w:rPr>
              <w:t>Gooralie</w:t>
            </w:r>
            <w:proofErr w:type="spellEnd"/>
            <w:r>
              <w:rPr>
                <w:sz w:val="14"/>
              </w:rPr>
              <w:t xml:space="preserve"> Ham</w:t>
            </w:r>
          </w:p>
        </w:tc>
        <w:tc>
          <w:tcPr>
            <w:tcW w:w="2613" w:type="dxa"/>
          </w:tcPr>
          <w:p w14:paraId="1BFBCE0F" w14:textId="11FFE4D2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</w:t>
            </w:r>
            <w:r w:rsidR="00DB6B4F">
              <w:rPr>
                <w:sz w:val="14"/>
              </w:rPr>
              <w:t>65</w:t>
            </w:r>
            <w:r>
              <w:rPr>
                <w:sz w:val="14"/>
              </w:rPr>
              <w:t>/kg</w:t>
            </w:r>
          </w:p>
        </w:tc>
        <w:tc>
          <w:tcPr>
            <w:tcW w:w="2613" w:type="dxa"/>
          </w:tcPr>
          <w:p w14:paraId="261CE2B4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3D31D148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79915FB" w14:textId="37844596" w:rsidR="00C318E7" w:rsidRDefault="00000000">
      <w:pPr>
        <w:spacing w:after="60"/>
      </w:pPr>
      <w:r>
        <w:rPr>
          <w:b/>
          <w:color w:val="2B4B58"/>
          <w:sz w:val="18"/>
        </w:rPr>
        <w:t>SMOKED SEAFOOD</w:t>
      </w:r>
      <w:r w:rsidR="00024803">
        <w:rPr>
          <w:b/>
          <w:color w:val="2B4B58"/>
          <w:sz w:val="18"/>
        </w:rPr>
        <w:t xml:space="preserve"> 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79E6E3ED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6ED1A20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510FEC3B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6AE66C85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24DE2966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2B8B9D53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9C2EBF1" w14:textId="77777777" w:rsidR="00C318E7" w:rsidRDefault="00000000">
            <w:r>
              <w:rPr>
                <w:sz w:val="14"/>
              </w:rPr>
              <w:t>Wild Smoked Salmon — whole side</w:t>
            </w:r>
          </w:p>
        </w:tc>
        <w:tc>
          <w:tcPr>
            <w:tcW w:w="2613" w:type="dxa"/>
          </w:tcPr>
          <w:p w14:paraId="35E2454F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$110.00</w:t>
            </w:r>
          </w:p>
        </w:tc>
        <w:tc>
          <w:tcPr>
            <w:tcW w:w="2613" w:type="dxa"/>
          </w:tcPr>
          <w:p w14:paraId="4489A97C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7037E651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3C4ECF69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61F4236" w14:textId="77777777" w:rsidR="00C318E7" w:rsidRDefault="00000000">
            <w:r>
              <w:rPr>
                <w:sz w:val="14"/>
              </w:rPr>
              <w:t>Premium Tasmanian Smoked Salmon</w:t>
            </w:r>
          </w:p>
        </w:tc>
        <w:tc>
          <w:tcPr>
            <w:tcW w:w="2613" w:type="dxa"/>
          </w:tcPr>
          <w:p w14:paraId="183BC8EB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$98.00</w:t>
            </w:r>
          </w:p>
        </w:tc>
        <w:tc>
          <w:tcPr>
            <w:tcW w:w="2613" w:type="dxa"/>
          </w:tcPr>
          <w:p w14:paraId="489794CB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7A341D23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68689793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677C730" w14:textId="77777777" w:rsidR="00C318E7" w:rsidRDefault="00000000">
            <w:r>
              <w:rPr>
                <w:sz w:val="14"/>
              </w:rPr>
              <w:t>Hot Smoked Barramundi — 150g</w:t>
            </w:r>
          </w:p>
        </w:tc>
        <w:tc>
          <w:tcPr>
            <w:tcW w:w="2613" w:type="dxa"/>
          </w:tcPr>
          <w:p w14:paraId="2C214053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$14.99</w:t>
            </w:r>
          </w:p>
        </w:tc>
        <w:tc>
          <w:tcPr>
            <w:tcW w:w="2613" w:type="dxa"/>
          </w:tcPr>
          <w:p w14:paraId="12AD795C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241583A8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052A0352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F8BD08D" w14:textId="77777777" w:rsidR="00C318E7" w:rsidRDefault="00000000">
            <w:r>
              <w:rPr>
                <w:sz w:val="14"/>
              </w:rPr>
              <w:t>Wild Smoked Salmon — 100g</w:t>
            </w:r>
          </w:p>
        </w:tc>
        <w:tc>
          <w:tcPr>
            <w:tcW w:w="2613" w:type="dxa"/>
          </w:tcPr>
          <w:p w14:paraId="01CC6527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$13.99</w:t>
            </w:r>
          </w:p>
        </w:tc>
        <w:tc>
          <w:tcPr>
            <w:tcW w:w="2613" w:type="dxa"/>
          </w:tcPr>
          <w:p w14:paraId="195137ED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5BDB3FC3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F049FC9" w14:textId="44DEC9F6" w:rsidR="007D0534" w:rsidRDefault="007D0534" w:rsidP="007D0534">
      <w:r>
        <w:t>FRESH SALAD TRAYS — SERVES 7+ EACH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4214"/>
        <w:gridCol w:w="2147"/>
        <w:gridCol w:w="2165"/>
        <w:gridCol w:w="2144"/>
      </w:tblGrid>
      <w:tr w:rsidR="007D0534" w14:paraId="6C8ED617" w14:textId="77777777" w:rsidTr="006C2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F729918" w14:textId="77777777" w:rsidR="007D0534" w:rsidRDefault="007D0534" w:rsidP="006C27AA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3A67F49A" w14:textId="77777777" w:rsidR="007D0534" w:rsidRDefault="007D0534" w:rsidP="006C27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411F8B57" w14:textId="77777777" w:rsidR="007D0534" w:rsidRDefault="007D0534" w:rsidP="006C27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723168D0" w14:textId="77777777" w:rsidR="007D0534" w:rsidRDefault="007D0534" w:rsidP="006C27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7D0534" w14:paraId="57AD3A14" w14:textId="77777777" w:rsidTr="006C2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6" w:type="dxa"/>
          </w:tcPr>
          <w:p w14:paraId="3EB82B2A" w14:textId="77777777" w:rsidR="007D0534" w:rsidRDefault="007D0534" w:rsidP="006C27AA">
            <w:r>
              <w:t>Roasted Vegetable Salad Tray</w:t>
            </w:r>
          </w:p>
        </w:tc>
        <w:tc>
          <w:tcPr>
            <w:tcW w:w="1728" w:type="dxa"/>
          </w:tcPr>
          <w:p w14:paraId="3A5CB902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$52.99</w:t>
            </w:r>
          </w:p>
        </w:tc>
        <w:tc>
          <w:tcPr>
            <w:tcW w:w="1440" w:type="dxa"/>
          </w:tcPr>
          <w:p w14:paraId="123257E6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DF, GF, VEG</w:t>
            </w:r>
          </w:p>
        </w:tc>
        <w:tc>
          <w:tcPr>
            <w:tcW w:w="1224" w:type="dxa"/>
          </w:tcPr>
          <w:p w14:paraId="3062C1B0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D0534" w14:paraId="05D35612" w14:textId="77777777" w:rsidTr="006C27A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6" w:type="dxa"/>
          </w:tcPr>
          <w:p w14:paraId="2B99F380" w14:textId="77777777" w:rsidR="007D0534" w:rsidRDefault="007D0534" w:rsidP="006C27AA">
            <w:r>
              <w:t xml:space="preserve">Sweet Potato </w:t>
            </w:r>
            <w:proofErr w:type="spellStart"/>
            <w:r>
              <w:t>Snowpea</w:t>
            </w:r>
            <w:proofErr w:type="spellEnd"/>
            <w:r>
              <w:t xml:space="preserve"> Salad Tray</w:t>
            </w:r>
          </w:p>
        </w:tc>
        <w:tc>
          <w:tcPr>
            <w:tcW w:w="1728" w:type="dxa"/>
          </w:tcPr>
          <w:p w14:paraId="4C1F2DFF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$52.99</w:t>
            </w:r>
          </w:p>
        </w:tc>
        <w:tc>
          <w:tcPr>
            <w:tcW w:w="1440" w:type="dxa"/>
          </w:tcPr>
          <w:p w14:paraId="633467D3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DF, GF, VEG</w:t>
            </w:r>
          </w:p>
        </w:tc>
        <w:tc>
          <w:tcPr>
            <w:tcW w:w="1224" w:type="dxa"/>
          </w:tcPr>
          <w:p w14:paraId="6C8001D6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0534" w14:paraId="04145559" w14:textId="77777777" w:rsidTr="006C2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6" w:type="dxa"/>
          </w:tcPr>
          <w:p w14:paraId="1799B69A" w14:textId="77777777" w:rsidR="007D0534" w:rsidRDefault="007D0534" w:rsidP="006C27AA">
            <w:r>
              <w:t>Greek Style Salad Tray</w:t>
            </w:r>
          </w:p>
        </w:tc>
        <w:tc>
          <w:tcPr>
            <w:tcW w:w="1728" w:type="dxa"/>
          </w:tcPr>
          <w:p w14:paraId="7EFEDF0C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$52.99</w:t>
            </w:r>
          </w:p>
        </w:tc>
        <w:tc>
          <w:tcPr>
            <w:tcW w:w="1440" w:type="dxa"/>
          </w:tcPr>
          <w:p w14:paraId="12BFDCE7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DF, GF, VEG</w:t>
            </w:r>
          </w:p>
        </w:tc>
        <w:tc>
          <w:tcPr>
            <w:tcW w:w="1224" w:type="dxa"/>
          </w:tcPr>
          <w:p w14:paraId="658A420A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D0534" w14:paraId="18B7808F" w14:textId="77777777" w:rsidTr="006C27A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6" w:type="dxa"/>
          </w:tcPr>
          <w:p w14:paraId="1B1AF766" w14:textId="77777777" w:rsidR="007D0534" w:rsidRDefault="007D0534" w:rsidP="006C27AA">
            <w:r>
              <w:t>Roast Carrot Salad Tray</w:t>
            </w:r>
          </w:p>
        </w:tc>
        <w:tc>
          <w:tcPr>
            <w:tcW w:w="1728" w:type="dxa"/>
          </w:tcPr>
          <w:p w14:paraId="7491C324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$54.99</w:t>
            </w:r>
          </w:p>
        </w:tc>
        <w:tc>
          <w:tcPr>
            <w:tcW w:w="1440" w:type="dxa"/>
          </w:tcPr>
          <w:p w14:paraId="16F83A09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DF, GF, VEG</w:t>
            </w:r>
          </w:p>
        </w:tc>
        <w:tc>
          <w:tcPr>
            <w:tcW w:w="1224" w:type="dxa"/>
          </w:tcPr>
          <w:p w14:paraId="4BD72BC8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0534" w14:paraId="3225D3C6" w14:textId="77777777" w:rsidTr="006C2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6" w:type="dxa"/>
          </w:tcPr>
          <w:p w14:paraId="52CBACD0" w14:textId="77777777" w:rsidR="007D0534" w:rsidRDefault="007D0534" w:rsidP="006C27AA">
            <w:r>
              <w:t>Potato Bacon Salad Tray</w:t>
            </w:r>
          </w:p>
        </w:tc>
        <w:tc>
          <w:tcPr>
            <w:tcW w:w="1728" w:type="dxa"/>
          </w:tcPr>
          <w:p w14:paraId="6AB1909C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$68.99</w:t>
            </w:r>
          </w:p>
        </w:tc>
        <w:tc>
          <w:tcPr>
            <w:tcW w:w="1440" w:type="dxa"/>
          </w:tcPr>
          <w:p w14:paraId="3905A3D6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GF</w:t>
            </w:r>
          </w:p>
        </w:tc>
        <w:tc>
          <w:tcPr>
            <w:tcW w:w="1224" w:type="dxa"/>
          </w:tcPr>
          <w:p w14:paraId="286B298D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D0534" w14:paraId="029BC80F" w14:textId="77777777" w:rsidTr="006C27A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6" w:type="dxa"/>
          </w:tcPr>
          <w:p w14:paraId="703A2CB1" w14:textId="77777777" w:rsidR="007D0534" w:rsidRDefault="007D0534" w:rsidP="006C27AA">
            <w:r>
              <w:t>Brown Rice Salad Tray</w:t>
            </w:r>
          </w:p>
        </w:tc>
        <w:tc>
          <w:tcPr>
            <w:tcW w:w="1728" w:type="dxa"/>
          </w:tcPr>
          <w:p w14:paraId="02D1735F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$68.99</w:t>
            </w:r>
          </w:p>
        </w:tc>
        <w:tc>
          <w:tcPr>
            <w:tcW w:w="1440" w:type="dxa"/>
          </w:tcPr>
          <w:p w14:paraId="3843BABC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DF, GF, VEG</w:t>
            </w:r>
          </w:p>
        </w:tc>
        <w:tc>
          <w:tcPr>
            <w:tcW w:w="1224" w:type="dxa"/>
          </w:tcPr>
          <w:p w14:paraId="195F931F" w14:textId="77777777" w:rsidR="007D0534" w:rsidRDefault="007D0534" w:rsidP="006C27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0534" w14:paraId="1A9F01C5" w14:textId="77777777" w:rsidTr="006C2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6" w:type="dxa"/>
          </w:tcPr>
          <w:p w14:paraId="2D5698FA" w14:textId="77777777" w:rsidR="007D0534" w:rsidRDefault="007D0534" w:rsidP="006C27AA">
            <w:r>
              <w:t>Lemon Dressing Chickpea Salad Tray</w:t>
            </w:r>
          </w:p>
        </w:tc>
        <w:tc>
          <w:tcPr>
            <w:tcW w:w="1728" w:type="dxa"/>
          </w:tcPr>
          <w:p w14:paraId="6E378B22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$68.99</w:t>
            </w:r>
          </w:p>
        </w:tc>
        <w:tc>
          <w:tcPr>
            <w:tcW w:w="1440" w:type="dxa"/>
          </w:tcPr>
          <w:p w14:paraId="63E17FCD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DF, GF, VEG</w:t>
            </w:r>
          </w:p>
        </w:tc>
        <w:tc>
          <w:tcPr>
            <w:tcW w:w="1224" w:type="dxa"/>
          </w:tcPr>
          <w:p w14:paraId="5CF0BD67" w14:textId="77777777" w:rsidR="007D0534" w:rsidRDefault="007D0534" w:rsidP="006C2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4457067" w14:textId="77777777" w:rsidR="007D0534" w:rsidRDefault="007D0534">
      <w:pPr>
        <w:spacing w:after="60"/>
        <w:rPr>
          <w:b/>
          <w:color w:val="2B4B58"/>
          <w:sz w:val="24"/>
        </w:rPr>
      </w:pPr>
    </w:p>
    <w:p w14:paraId="3911407D" w14:textId="77777777" w:rsidR="007D0534" w:rsidRDefault="007D0534">
      <w:pPr>
        <w:spacing w:after="60"/>
        <w:rPr>
          <w:b/>
          <w:color w:val="2B4B58"/>
          <w:sz w:val="24"/>
        </w:rPr>
      </w:pPr>
    </w:p>
    <w:p w14:paraId="704ACBFD" w14:textId="77777777" w:rsidR="007D0534" w:rsidRDefault="007D0534">
      <w:pPr>
        <w:spacing w:after="60"/>
        <w:rPr>
          <w:b/>
          <w:color w:val="2B4B58"/>
          <w:sz w:val="24"/>
        </w:rPr>
      </w:pPr>
    </w:p>
    <w:p w14:paraId="613562AE" w14:textId="77777777" w:rsidR="007D0534" w:rsidRDefault="007D0534">
      <w:pPr>
        <w:spacing w:after="60"/>
        <w:rPr>
          <w:b/>
          <w:color w:val="2B4B58"/>
          <w:sz w:val="24"/>
        </w:rPr>
      </w:pPr>
    </w:p>
    <w:p w14:paraId="1B45A81C" w14:textId="77777777" w:rsidR="007D0534" w:rsidRDefault="007D0534">
      <w:pPr>
        <w:spacing w:after="60"/>
        <w:rPr>
          <w:b/>
          <w:color w:val="2B4B58"/>
          <w:sz w:val="24"/>
        </w:rPr>
      </w:pPr>
    </w:p>
    <w:p w14:paraId="29FFF313" w14:textId="77777777" w:rsidR="00C318E7" w:rsidRDefault="00000000">
      <w:pPr>
        <w:spacing w:after="60"/>
      </w:pPr>
      <w:r>
        <w:rPr>
          <w:b/>
          <w:color w:val="2B4B58"/>
          <w:sz w:val="18"/>
        </w:rPr>
        <w:lastRenderedPageBreak/>
        <w:t>SAVOURY QUICHES — HOUSE-MADE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56DFC8BF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B1CE642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7EBA6151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4F345D7B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26F317AB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47102AFF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6225281E" w14:textId="77777777" w:rsidR="00C318E7" w:rsidRDefault="00000000">
            <w:r>
              <w:rPr>
                <w:sz w:val="14"/>
              </w:rPr>
              <w:t>Ham, Cheese &amp; Semi-dried Tomato — 6 inch / 8 inch</w:t>
            </w:r>
          </w:p>
        </w:tc>
        <w:tc>
          <w:tcPr>
            <w:tcW w:w="2613" w:type="dxa"/>
          </w:tcPr>
          <w:p w14:paraId="4680F3D8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$27.90 / $48.00</w:t>
            </w:r>
          </w:p>
        </w:tc>
        <w:tc>
          <w:tcPr>
            <w:tcW w:w="2613" w:type="dxa"/>
          </w:tcPr>
          <w:p w14:paraId="5C17835A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0D170464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4BF579BC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24E5B17" w14:textId="77777777" w:rsidR="00C318E7" w:rsidRDefault="00000000">
            <w:r>
              <w:rPr>
                <w:sz w:val="14"/>
              </w:rPr>
              <w:t>Pumpkin, Spinach &amp; Feta — 6 inch / 8 inch</w:t>
            </w:r>
          </w:p>
        </w:tc>
        <w:tc>
          <w:tcPr>
            <w:tcW w:w="2613" w:type="dxa"/>
          </w:tcPr>
          <w:p w14:paraId="2309751F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$27.90 / $48.00</w:t>
            </w:r>
          </w:p>
        </w:tc>
        <w:tc>
          <w:tcPr>
            <w:tcW w:w="2613" w:type="dxa"/>
          </w:tcPr>
          <w:p w14:paraId="3CDEF217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VEG</w:t>
            </w:r>
          </w:p>
        </w:tc>
        <w:tc>
          <w:tcPr>
            <w:tcW w:w="2613" w:type="dxa"/>
          </w:tcPr>
          <w:p w14:paraId="4FFA2F4D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0BCFE4EC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34BF631" w14:textId="77777777" w:rsidR="00C318E7" w:rsidRDefault="00000000">
            <w:r>
              <w:rPr>
                <w:sz w:val="14"/>
              </w:rPr>
              <w:t>Mushroom, Goat Curd &amp; Red Onion — 6 inch / 8 inch</w:t>
            </w:r>
          </w:p>
        </w:tc>
        <w:tc>
          <w:tcPr>
            <w:tcW w:w="2613" w:type="dxa"/>
          </w:tcPr>
          <w:p w14:paraId="343087EC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$27.90 / $48.00</w:t>
            </w:r>
          </w:p>
        </w:tc>
        <w:tc>
          <w:tcPr>
            <w:tcW w:w="2613" w:type="dxa"/>
          </w:tcPr>
          <w:p w14:paraId="44DB4592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VEG</w:t>
            </w:r>
          </w:p>
        </w:tc>
        <w:tc>
          <w:tcPr>
            <w:tcW w:w="2613" w:type="dxa"/>
          </w:tcPr>
          <w:p w14:paraId="2B08CDE7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18DE895" w14:textId="77777777" w:rsidR="00C318E7" w:rsidRDefault="00000000">
      <w:pPr>
        <w:spacing w:after="60"/>
      </w:pPr>
      <w:r>
        <w:rPr>
          <w:b/>
          <w:color w:val="2B4B58"/>
          <w:sz w:val="18"/>
        </w:rPr>
        <w:t>SWEET PLATTERS — MIXED CAKES &amp; SLICES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59476691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C207477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0420FF5B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00F0FEEF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3870C521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12BF4691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336BD57" w14:textId="77777777" w:rsidR="00C318E7" w:rsidRDefault="00000000">
            <w:r>
              <w:rPr>
                <w:sz w:val="14"/>
              </w:rPr>
              <w:t>Sweet platter 12pcs</w:t>
            </w:r>
          </w:p>
        </w:tc>
        <w:tc>
          <w:tcPr>
            <w:tcW w:w="2613" w:type="dxa"/>
          </w:tcPr>
          <w:p w14:paraId="060A8555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$69.99</w:t>
            </w:r>
          </w:p>
        </w:tc>
        <w:tc>
          <w:tcPr>
            <w:tcW w:w="2613" w:type="dxa"/>
          </w:tcPr>
          <w:p w14:paraId="5CA9AF5F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GF incl.</w:t>
            </w:r>
          </w:p>
        </w:tc>
        <w:tc>
          <w:tcPr>
            <w:tcW w:w="2613" w:type="dxa"/>
          </w:tcPr>
          <w:p w14:paraId="74B9B0C4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3EF6D8B2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F02E9CA" w14:textId="77777777" w:rsidR="00C318E7" w:rsidRDefault="00000000">
            <w:r>
              <w:rPr>
                <w:sz w:val="14"/>
              </w:rPr>
              <w:t>Sweet platter 20pcs</w:t>
            </w:r>
          </w:p>
        </w:tc>
        <w:tc>
          <w:tcPr>
            <w:tcW w:w="2613" w:type="dxa"/>
          </w:tcPr>
          <w:p w14:paraId="3DCFBE4E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$99.95</w:t>
            </w:r>
          </w:p>
        </w:tc>
        <w:tc>
          <w:tcPr>
            <w:tcW w:w="2613" w:type="dxa"/>
          </w:tcPr>
          <w:p w14:paraId="65C47A98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 incl.</w:t>
            </w:r>
          </w:p>
        </w:tc>
        <w:tc>
          <w:tcPr>
            <w:tcW w:w="2613" w:type="dxa"/>
          </w:tcPr>
          <w:p w14:paraId="3DA00544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EE3FA16" w14:textId="77777777" w:rsidR="00C318E7" w:rsidRDefault="00000000">
      <w:pPr>
        <w:spacing w:after="60"/>
      </w:pPr>
      <w:r>
        <w:rPr>
          <w:b/>
          <w:color w:val="2B4B58"/>
          <w:sz w:val="18"/>
        </w:rPr>
        <w:t>FRUIT PLATTERS — SEASONAL FRUIT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7271E2F3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AFDD42B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66C1359C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1D328029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356B5A3F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44163DCA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161C69BC" w14:textId="77777777" w:rsidR="00C318E7" w:rsidRDefault="00000000">
            <w:r>
              <w:rPr>
                <w:sz w:val="14"/>
              </w:rPr>
              <w:t>Small — serves 6–8</w:t>
            </w:r>
          </w:p>
        </w:tc>
        <w:tc>
          <w:tcPr>
            <w:tcW w:w="2613" w:type="dxa"/>
          </w:tcPr>
          <w:p w14:paraId="5B1102AC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$49.99</w:t>
            </w:r>
          </w:p>
        </w:tc>
        <w:tc>
          <w:tcPr>
            <w:tcW w:w="2613" w:type="dxa"/>
          </w:tcPr>
          <w:p w14:paraId="36A07539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VEGAN, GF, DF</w:t>
            </w:r>
          </w:p>
        </w:tc>
        <w:tc>
          <w:tcPr>
            <w:tcW w:w="2613" w:type="dxa"/>
          </w:tcPr>
          <w:p w14:paraId="44BDE565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0872B29D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44D5004" w14:textId="77777777" w:rsidR="00C318E7" w:rsidRDefault="00000000">
            <w:r>
              <w:rPr>
                <w:sz w:val="14"/>
              </w:rPr>
              <w:t>Medium — serves 10–15</w:t>
            </w:r>
          </w:p>
        </w:tc>
        <w:tc>
          <w:tcPr>
            <w:tcW w:w="2613" w:type="dxa"/>
          </w:tcPr>
          <w:p w14:paraId="450376EE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$69.99</w:t>
            </w:r>
          </w:p>
        </w:tc>
        <w:tc>
          <w:tcPr>
            <w:tcW w:w="2613" w:type="dxa"/>
          </w:tcPr>
          <w:p w14:paraId="30F65B42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VEGAN, GF, DF</w:t>
            </w:r>
          </w:p>
        </w:tc>
        <w:tc>
          <w:tcPr>
            <w:tcW w:w="2613" w:type="dxa"/>
          </w:tcPr>
          <w:p w14:paraId="7617C1CC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33ADC1F" w14:textId="77777777" w:rsidR="00C318E7" w:rsidRDefault="00000000">
      <w:pPr>
        <w:spacing w:after="60"/>
      </w:pPr>
      <w:r>
        <w:rPr>
          <w:b/>
          <w:color w:val="2B4B58"/>
          <w:sz w:val="18"/>
        </w:rPr>
        <w:t>CHEESE PLATTERS — ARTISAN AUSTRALIAN CHEESES</w:t>
      </w:r>
    </w:p>
    <w:p w14:paraId="741B55BE" w14:textId="77777777" w:rsidR="00C318E7" w:rsidRDefault="00000000">
      <w:pPr>
        <w:spacing w:after="60"/>
      </w:pPr>
      <w:r>
        <w:rPr>
          <w:color w:val="2B4B58"/>
          <w:sz w:val="14"/>
        </w:rPr>
        <w:t>Served with GF crackers, paste, dried fruit &amp; nuts.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4C8507F1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7B55AF9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636FF386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58DE3930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6044DAA6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242EB58D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68E8923" w14:textId="77777777" w:rsidR="00C318E7" w:rsidRDefault="00000000">
            <w:r>
              <w:rPr>
                <w:sz w:val="14"/>
              </w:rPr>
              <w:t xml:space="preserve">3 cheese </w:t>
            </w:r>
            <w:proofErr w:type="gramStart"/>
            <w:r>
              <w:rPr>
                <w:sz w:val="14"/>
              </w:rPr>
              <w:t>platter</w:t>
            </w:r>
            <w:proofErr w:type="gramEnd"/>
          </w:p>
        </w:tc>
        <w:tc>
          <w:tcPr>
            <w:tcW w:w="2613" w:type="dxa"/>
          </w:tcPr>
          <w:p w14:paraId="452FBC5C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$82.00</w:t>
            </w:r>
          </w:p>
        </w:tc>
        <w:tc>
          <w:tcPr>
            <w:tcW w:w="2613" w:type="dxa"/>
          </w:tcPr>
          <w:p w14:paraId="5359FB8C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3E1419CD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63B70208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EF7A12A" w14:textId="77777777" w:rsidR="00C318E7" w:rsidRDefault="00000000">
            <w:r>
              <w:rPr>
                <w:sz w:val="14"/>
              </w:rPr>
              <w:t xml:space="preserve">5 cheese </w:t>
            </w:r>
            <w:proofErr w:type="gramStart"/>
            <w:r>
              <w:rPr>
                <w:sz w:val="14"/>
              </w:rPr>
              <w:t>platter</w:t>
            </w:r>
            <w:proofErr w:type="gramEnd"/>
          </w:p>
        </w:tc>
        <w:tc>
          <w:tcPr>
            <w:tcW w:w="2613" w:type="dxa"/>
          </w:tcPr>
          <w:p w14:paraId="6CEE91E9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$130.00</w:t>
            </w:r>
          </w:p>
        </w:tc>
        <w:tc>
          <w:tcPr>
            <w:tcW w:w="2613" w:type="dxa"/>
          </w:tcPr>
          <w:p w14:paraId="176086B1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6D1BEF44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7C2DCC83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ED5D055" w14:textId="77777777" w:rsidR="00C318E7" w:rsidRDefault="00000000">
            <w:r>
              <w:rPr>
                <w:sz w:val="14"/>
              </w:rPr>
              <w:t xml:space="preserve">7 cheese </w:t>
            </w:r>
            <w:proofErr w:type="gramStart"/>
            <w:r>
              <w:rPr>
                <w:sz w:val="14"/>
              </w:rPr>
              <w:t>platter</w:t>
            </w:r>
            <w:proofErr w:type="gramEnd"/>
          </w:p>
        </w:tc>
        <w:tc>
          <w:tcPr>
            <w:tcW w:w="2613" w:type="dxa"/>
          </w:tcPr>
          <w:p w14:paraId="6BA64E81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$180.00</w:t>
            </w:r>
          </w:p>
        </w:tc>
        <w:tc>
          <w:tcPr>
            <w:tcW w:w="2613" w:type="dxa"/>
          </w:tcPr>
          <w:p w14:paraId="661E8DFE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3D3A2F1A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40BB627" w14:textId="77777777" w:rsidR="00C318E7" w:rsidRDefault="00000000">
      <w:pPr>
        <w:spacing w:after="60"/>
      </w:pPr>
      <w:r>
        <w:rPr>
          <w:b/>
          <w:color w:val="2B4B58"/>
          <w:sz w:val="18"/>
        </w:rPr>
        <w:t>ANTIPASTO PLATTERS</w:t>
      </w:r>
    </w:p>
    <w:p w14:paraId="5057B3AF" w14:textId="77777777" w:rsidR="00C318E7" w:rsidRDefault="00000000">
      <w:pPr>
        <w:spacing w:after="60"/>
      </w:pPr>
      <w:r>
        <w:rPr>
          <w:color w:val="2B4B58"/>
          <w:sz w:val="14"/>
        </w:rPr>
        <w:t>Smoked &amp; cured meats, olives, feta, marinated artichoke, semi-dried tomato &amp; balsamic onion.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37C63439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F951F48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26DDFDC6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2D5D6EFF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7477ECD9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38781556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9CE3E0E" w14:textId="77777777" w:rsidR="00C318E7" w:rsidRDefault="00000000">
            <w:r>
              <w:rPr>
                <w:sz w:val="14"/>
              </w:rPr>
              <w:t>Small — serves 6–8</w:t>
            </w:r>
          </w:p>
        </w:tc>
        <w:tc>
          <w:tcPr>
            <w:tcW w:w="2613" w:type="dxa"/>
          </w:tcPr>
          <w:p w14:paraId="082F86A4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$85.00</w:t>
            </w:r>
          </w:p>
        </w:tc>
        <w:tc>
          <w:tcPr>
            <w:tcW w:w="2613" w:type="dxa"/>
          </w:tcPr>
          <w:p w14:paraId="224CF61B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7D8A29F2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2CEB9980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1D757C9" w14:textId="77777777" w:rsidR="00C318E7" w:rsidRDefault="00000000">
            <w:r>
              <w:rPr>
                <w:sz w:val="14"/>
              </w:rPr>
              <w:t>Medium — serves 10–15</w:t>
            </w:r>
          </w:p>
        </w:tc>
        <w:tc>
          <w:tcPr>
            <w:tcW w:w="2613" w:type="dxa"/>
          </w:tcPr>
          <w:p w14:paraId="6D4FA829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$120.00</w:t>
            </w:r>
          </w:p>
        </w:tc>
        <w:tc>
          <w:tcPr>
            <w:tcW w:w="2613" w:type="dxa"/>
          </w:tcPr>
          <w:p w14:paraId="23F32DB3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432CE8CB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56C9099" w14:textId="77777777" w:rsidR="00C318E7" w:rsidRDefault="00000000">
      <w:pPr>
        <w:spacing w:after="60"/>
      </w:pPr>
      <w:r>
        <w:rPr>
          <w:b/>
          <w:color w:val="2B4B58"/>
          <w:sz w:val="18"/>
        </w:rPr>
        <w:t>DIPS PLATTERS</w:t>
      </w:r>
    </w:p>
    <w:p w14:paraId="10F43A44" w14:textId="77777777" w:rsidR="00C318E7" w:rsidRDefault="00000000">
      <w:pPr>
        <w:spacing w:after="60"/>
      </w:pPr>
      <w:r>
        <w:rPr>
          <w:color w:val="2B4B58"/>
          <w:sz w:val="14"/>
        </w:rPr>
        <w:t>Artisan dips with fresh celery, carrot, cucumber &amp; olives.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29B07B7C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046BFFC6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3E4003D4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38DFBEFF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7AAF1473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368EC14A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27E19B0" w14:textId="77777777" w:rsidR="00C318E7" w:rsidRDefault="00000000">
            <w:r>
              <w:rPr>
                <w:sz w:val="14"/>
              </w:rPr>
              <w:t>Small — serves 6–8</w:t>
            </w:r>
          </w:p>
        </w:tc>
        <w:tc>
          <w:tcPr>
            <w:tcW w:w="2613" w:type="dxa"/>
          </w:tcPr>
          <w:p w14:paraId="6AAC6660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$62.00</w:t>
            </w:r>
          </w:p>
        </w:tc>
        <w:tc>
          <w:tcPr>
            <w:tcW w:w="2613" w:type="dxa"/>
          </w:tcPr>
          <w:p w14:paraId="72E07160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276A5D6C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0449D98E" w14:textId="77777777" w:rsidTr="00C318E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1D9A118C" w14:textId="77777777" w:rsidR="00C318E7" w:rsidRDefault="00000000">
            <w:r>
              <w:rPr>
                <w:sz w:val="14"/>
              </w:rPr>
              <w:t>Medium — serves 10–15</w:t>
            </w:r>
          </w:p>
        </w:tc>
        <w:tc>
          <w:tcPr>
            <w:tcW w:w="2613" w:type="dxa"/>
          </w:tcPr>
          <w:p w14:paraId="3A9FDD49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$85.00</w:t>
            </w:r>
          </w:p>
        </w:tc>
        <w:tc>
          <w:tcPr>
            <w:tcW w:w="2613" w:type="dxa"/>
          </w:tcPr>
          <w:p w14:paraId="21F9008E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6897028D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02BD981" w14:textId="73C39D10" w:rsidR="00C318E7" w:rsidRDefault="00000000">
      <w:pPr>
        <w:spacing w:before="100" w:after="40"/>
      </w:pPr>
      <w:r>
        <w:rPr>
          <w:b/>
          <w:color w:val="1A5642"/>
          <w:sz w:val="18"/>
        </w:rPr>
        <w:t>FAMILY MEALS — LASAGNE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6FEC4207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D43F730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436ED7A9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0E544577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51F99C41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6D2CF060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5ADED45" w14:textId="77777777" w:rsidR="00C318E7" w:rsidRDefault="00000000">
            <w:r>
              <w:rPr>
                <w:sz w:val="14"/>
              </w:rPr>
              <w:t xml:space="preserve">Traditional Beef </w:t>
            </w:r>
            <w:proofErr w:type="spellStart"/>
            <w:r>
              <w:rPr>
                <w:sz w:val="14"/>
              </w:rPr>
              <w:t>Lasagne</w:t>
            </w:r>
            <w:proofErr w:type="spellEnd"/>
            <w:r>
              <w:rPr>
                <w:sz w:val="14"/>
              </w:rPr>
              <w:t xml:space="preserve"> — serves 6+</w:t>
            </w:r>
          </w:p>
        </w:tc>
        <w:tc>
          <w:tcPr>
            <w:tcW w:w="2613" w:type="dxa"/>
          </w:tcPr>
          <w:p w14:paraId="0C744B1C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$102.00</w:t>
            </w:r>
          </w:p>
        </w:tc>
        <w:tc>
          <w:tcPr>
            <w:tcW w:w="2613" w:type="dxa"/>
          </w:tcPr>
          <w:p w14:paraId="647218E2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08317A49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2294F610" w14:textId="77777777" w:rsidTr="00C318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00E7301" w14:textId="77777777" w:rsidR="00C318E7" w:rsidRDefault="00000000">
            <w:r>
              <w:rPr>
                <w:sz w:val="14"/>
              </w:rPr>
              <w:t xml:space="preserve">GF Traditional Beef </w:t>
            </w:r>
            <w:proofErr w:type="spellStart"/>
            <w:r>
              <w:rPr>
                <w:sz w:val="14"/>
              </w:rPr>
              <w:t>Lasagne</w:t>
            </w:r>
            <w:proofErr w:type="spellEnd"/>
            <w:r>
              <w:rPr>
                <w:sz w:val="14"/>
              </w:rPr>
              <w:t xml:space="preserve"> — serves 6+</w:t>
            </w:r>
          </w:p>
        </w:tc>
        <w:tc>
          <w:tcPr>
            <w:tcW w:w="2613" w:type="dxa"/>
          </w:tcPr>
          <w:p w14:paraId="755EEF5C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$105.00</w:t>
            </w:r>
          </w:p>
        </w:tc>
        <w:tc>
          <w:tcPr>
            <w:tcW w:w="2613" w:type="dxa"/>
          </w:tcPr>
          <w:p w14:paraId="5611A251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7D8CEE0A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19B52B95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7B0842D" w14:textId="77777777" w:rsidR="00C318E7" w:rsidRDefault="00000000">
            <w:r>
              <w:rPr>
                <w:sz w:val="14"/>
              </w:rPr>
              <w:t xml:space="preserve">Vegetarian </w:t>
            </w:r>
            <w:proofErr w:type="spellStart"/>
            <w:r>
              <w:rPr>
                <w:sz w:val="14"/>
              </w:rPr>
              <w:t>Lasagne</w:t>
            </w:r>
            <w:proofErr w:type="spellEnd"/>
            <w:r>
              <w:rPr>
                <w:sz w:val="14"/>
              </w:rPr>
              <w:t xml:space="preserve"> — serves 6+</w:t>
            </w:r>
          </w:p>
        </w:tc>
        <w:tc>
          <w:tcPr>
            <w:tcW w:w="2613" w:type="dxa"/>
          </w:tcPr>
          <w:p w14:paraId="59CB8D4F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$96.00</w:t>
            </w:r>
          </w:p>
        </w:tc>
        <w:tc>
          <w:tcPr>
            <w:tcW w:w="2613" w:type="dxa"/>
          </w:tcPr>
          <w:p w14:paraId="70F8FD2B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VEG</w:t>
            </w:r>
          </w:p>
        </w:tc>
        <w:tc>
          <w:tcPr>
            <w:tcW w:w="2613" w:type="dxa"/>
          </w:tcPr>
          <w:p w14:paraId="1B1542ED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1F77E595" w14:textId="77777777" w:rsidTr="00C318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655B06B" w14:textId="77777777" w:rsidR="00C318E7" w:rsidRDefault="00000000">
            <w:r>
              <w:rPr>
                <w:sz w:val="14"/>
              </w:rPr>
              <w:t xml:space="preserve">GF Vegetable </w:t>
            </w:r>
            <w:proofErr w:type="spellStart"/>
            <w:r>
              <w:rPr>
                <w:sz w:val="14"/>
              </w:rPr>
              <w:t>Lasagne</w:t>
            </w:r>
            <w:proofErr w:type="spellEnd"/>
            <w:r>
              <w:rPr>
                <w:sz w:val="14"/>
              </w:rPr>
              <w:t xml:space="preserve"> — serves 6+</w:t>
            </w:r>
          </w:p>
        </w:tc>
        <w:tc>
          <w:tcPr>
            <w:tcW w:w="2613" w:type="dxa"/>
          </w:tcPr>
          <w:p w14:paraId="305DE90A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$105.00</w:t>
            </w:r>
          </w:p>
        </w:tc>
        <w:tc>
          <w:tcPr>
            <w:tcW w:w="2613" w:type="dxa"/>
          </w:tcPr>
          <w:p w14:paraId="1DC1FB41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GF, VEG</w:t>
            </w:r>
          </w:p>
        </w:tc>
        <w:tc>
          <w:tcPr>
            <w:tcW w:w="2613" w:type="dxa"/>
          </w:tcPr>
          <w:p w14:paraId="35D09F31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2A3F58A4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5AF433E" w14:textId="77777777" w:rsidR="00C318E7" w:rsidRDefault="00000000">
            <w:proofErr w:type="spellStart"/>
            <w:r>
              <w:rPr>
                <w:sz w:val="14"/>
              </w:rPr>
              <w:t>Sandcrab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Lasagne</w:t>
            </w:r>
            <w:proofErr w:type="spellEnd"/>
            <w:r>
              <w:rPr>
                <w:sz w:val="14"/>
              </w:rPr>
              <w:t xml:space="preserve"> — serves 6+</w:t>
            </w:r>
          </w:p>
        </w:tc>
        <w:tc>
          <w:tcPr>
            <w:tcW w:w="2613" w:type="dxa"/>
          </w:tcPr>
          <w:p w14:paraId="3FB3919E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$105.00</w:t>
            </w:r>
          </w:p>
        </w:tc>
        <w:tc>
          <w:tcPr>
            <w:tcW w:w="2613" w:type="dxa"/>
          </w:tcPr>
          <w:p w14:paraId="66E62A0C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26E7EB6C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581D6BDE" w14:textId="77777777" w:rsidTr="00C318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B384D37" w14:textId="77777777" w:rsidR="00C318E7" w:rsidRDefault="00000000">
            <w:r>
              <w:rPr>
                <w:sz w:val="14"/>
              </w:rPr>
              <w:t xml:space="preserve">GF </w:t>
            </w:r>
            <w:proofErr w:type="spellStart"/>
            <w:r>
              <w:rPr>
                <w:sz w:val="14"/>
              </w:rPr>
              <w:t>Sandcrab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Lasagne</w:t>
            </w:r>
            <w:proofErr w:type="spellEnd"/>
            <w:r>
              <w:rPr>
                <w:sz w:val="14"/>
              </w:rPr>
              <w:t xml:space="preserve"> — serves 6+</w:t>
            </w:r>
          </w:p>
        </w:tc>
        <w:tc>
          <w:tcPr>
            <w:tcW w:w="2613" w:type="dxa"/>
          </w:tcPr>
          <w:p w14:paraId="19F71551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$110.00</w:t>
            </w:r>
          </w:p>
        </w:tc>
        <w:tc>
          <w:tcPr>
            <w:tcW w:w="2613" w:type="dxa"/>
          </w:tcPr>
          <w:p w14:paraId="36F99234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1F6A9D33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BC00248" w14:textId="77777777" w:rsidR="00C318E7" w:rsidRDefault="00000000">
      <w:pPr>
        <w:spacing w:before="100" w:after="40"/>
      </w:pPr>
      <w:r>
        <w:rPr>
          <w:b/>
          <w:color w:val="1A5642"/>
          <w:sz w:val="18"/>
        </w:rPr>
        <w:t>FAMILY MEALS — PASTA &amp; RISOTTO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C318E7" w14:paraId="1460C826" w14:textId="77777777" w:rsidTr="00C31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10246DCF" w14:textId="77777777" w:rsidR="00C318E7" w:rsidRDefault="00000000">
            <w:r>
              <w:rPr>
                <w:sz w:val="14"/>
              </w:rPr>
              <w:t>MENU ITEM</w:t>
            </w:r>
          </w:p>
        </w:tc>
        <w:tc>
          <w:tcPr>
            <w:tcW w:w="2613" w:type="dxa"/>
          </w:tcPr>
          <w:p w14:paraId="6095562B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PRICE</w:t>
            </w:r>
          </w:p>
        </w:tc>
        <w:tc>
          <w:tcPr>
            <w:tcW w:w="2613" w:type="dxa"/>
          </w:tcPr>
          <w:p w14:paraId="5C17A3C2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DIETARY</w:t>
            </w:r>
          </w:p>
        </w:tc>
        <w:tc>
          <w:tcPr>
            <w:tcW w:w="2613" w:type="dxa"/>
          </w:tcPr>
          <w:p w14:paraId="11F23826" w14:textId="77777777" w:rsidR="00C318E7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ORDER QTY</w:t>
            </w:r>
          </w:p>
        </w:tc>
      </w:tr>
      <w:tr w:rsidR="00C318E7" w14:paraId="36C7F618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5FEB1213" w14:textId="77777777" w:rsidR="00C318E7" w:rsidRDefault="00000000">
            <w:r>
              <w:rPr>
                <w:sz w:val="14"/>
              </w:rPr>
              <w:t>Zucchini &amp; Prosciutto Slice with Tomato Relish — serves 6+</w:t>
            </w:r>
          </w:p>
        </w:tc>
        <w:tc>
          <w:tcPr>
            <w:tcW w:w="2613" w:type="dxa"/>
          </w:tcPr>
          <w:p w14:paraId="58214C8D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$110.00</w:t>
            </w:r>
          </w:p>
        </w:tc>
        <w:tc>
          <w:tcPr>
            <w:tcW w:w="2613" w:type="dxa"/>
          </w:tcPr>
          <w:p w14:paraId="10829B69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7D90CAFB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217286A1" w14:textId="77777777" w:rsidTr="00C318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3038DAC0" w14:textId="77777777" w:rsidR="00C318E7" w:rsidRDefault="00000000">
            <w:r>
              <w:rPr>
                <w:sz w:val="14"/>
              </w:rPr>
              <w:t>Chicken Cacciatore — serves 6+</w:t>
            </w:r>
          </w:p>
        </w:tc>
        <w:tc>
          <w:tcPr>
            <w:tcW w:w="2613" w:type="dxa"/>
          </w:tcPr>
          <w:p w14:paraId="102CBE09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$110.00</w:t>
            </w:r>
          </w:p>
        </w:tc>
        <w:tc>
          <w:tcPr>
            <w:tcW w:w="2613" w:type="dxa"/>
          </w:tcPr>
          <w:p w14:paraId="1F832149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04A0A1F9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3ADAB328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1A398AB" w14:textId="77777777" w:rsidR="00C318E7" w:rsidRDefault="00000000">
            <w:r>
              <w:rPr>
                <w:sz w:val="14"/>
              </w:rPr>
              <w:t>Mushroom Risotto — serves 6+</w:t>
            </w:r>
          </w:p>
        </w:tc>
        <w:tc>
          <w:tcPr>
            <w:tcW w:w="2613" w:type="dxa"/>
          </w:tcPr>
          <w:p w14:paraId="3C24AB38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$95.00</w:t>
            </w:r>
          </w:p>
        </w:tc>
        <w:tc>
          <w:tcPr>
            <w:tcW w:w="2613" w:type="dxa"/>
          </w:tcPr>
          <w:p w14:paraId="65C947AD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GF, VEG</w:t>
            </w:r>
          </w:p>
        </w:tc>
        <w:tc>
          <w:tcPr>
            <w:tcW w:w="2613" w:type="dxa"/>
          </w:tcPr>
          <w:p w14:paraId="75CFAADC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38F4D8CC" w14:textId="77777777" w:rsidTr="00C318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7317DB79" w14:textId="77777777" w:rsidR="00C318E7" w:rsidRDefault="00000000">
            <w:r>
              <w:rPr>
                <w:sz w:val="14"/>
              </w:rPr>
              <w:t>Chicken &amp; Baby Peas Risotto — serves 6+</w:t>
            </w:r>
          </w:p>
        </w:tc>
        <w:tc>
          <w:tcPr>
            <w:tcW w:w="2613" w:type="dxa"/>
          </w:tcPr>
          <w:p w14:paraId="754B97E8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$95.00</w:t>
            </w:r>
          </w:p>
        </w:tc>
        <w:tc>
          <w:tcPr>
            <w:tcW w:w="2613" w:type="dxa"/>
          </w:tcPr>
          <w:p w14:paraId="700F8F4C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GF</w:t>
            </w:r>
          </w:p>
        </w:tc>
        <w:tc>
          <w:tcPr>
            <w:tcW w:w="2613" w:type="dxa"/>
          </w:tcPr>
          <w:p w14:paraId="1FF945BB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65B0A252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42DD6FD" w14:textId="77777777" w:rsidR="00C318E7" w:rsidRDefault="00000000">
            <w:r>
              <w:rPr>
                <w:sz w:val="14"/>
              </w:rPr>
              <w:t>Spinach &amp; Ricotta Cannelloni — serves 6+</w:t>
            </w:r>
          </w:p>
        </w:tc>
        <w:tc>
          <w:tcPr>
            <w:tcW w:w="2613" w:type="dxa"/>
          </w:tcPr>
          <w:p w14:paraId="0D9D6953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$110.00</w:t>
            </w:r>
          </w:p>
        </w:tc>
        <w:tc>
          <w:tcPr>
            <w:tcW w:w="2613" w:type="dxa"/>
          </w:tcPr>
          <w:p w14:paraId="6ADE5E94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6FDF5444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080DD65C" w14:textId="77777777" w:rsidTr="00C318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44501A1A" w14:textId="77777777" w:rsidR="00C318E7" w:rsidRDefault="00000000">
            <w:r>
              <w:rPr>
                <w:sz w:val="14"/>
              </w:rPr>
              <w:t>Pasta Marinara — serves 6+</w:t>
            </w:r>
          </w:p>
        </w:tc>
        <w:tc>
          <w:tcPr>
            <w:tcW w:w="2613" w:type="dxa"/>
          </w:tcPr>
          <w:p w14:paraId="50062A04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$95.00</w:t>
            </w:r>
          </w:p>
        </w:tc>
        <w:tc>
          <w:tcPr>
            <w:tcW w:w="2613" w:type="dxa"/>
          </w:tcPr>
          <w:p w14:paraId="1786BBBD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26DD04CC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18E7" w14:paraId="39B348F2" w14:textId="77777777" w:rsidTr="00C318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15E54F81" w14:textId="77777777" w:rsidR="00C318E7" w:rsidRDefault="00000000">
            <w:r>
              <w:rPr>
                <w:sz w:val="14"/>
              </w:rPr>
              <w:t>Creamy Pasta — serves 6+</w:t>
            </w:r>
          </w:p>
        </w:tc>
        <w:tc>
          <w:tcPr>
            <w:tcW w:w="2613" w:type="dxa"/>
          </w:tcPr>
          <w:p w14:paraId="1927D7AA" w14:textId="77777777" w:rsidR="00C318E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4"/>
              </w:rPr>
              <w:t>$95.00</w:t>
            </w:r>
          </w:p>
        </w:tc>
        <w:tc>
          <w:tcPr>
            <w:tcW w:w="2613" w:type="dxa"/>
          </w:tcPr>
          <w:p w14:paraId="28895965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383739DB" w14:textId="77777777" w:rsidR="00C318E7" w:rsidRDefault="00C31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18E7" w14:paraId="69834DB7" w14:textId="77777777" w:rsidTr="00C318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3" w:type="dxa"/>
          </w:tcPr>
          <w:p w14:paraId="2E024335" w14:textId="77777777" w:rsidR="00C318E7" w:rsidRDefault="00000000">
            <w:r>
              <w:rPr>
                <w:sz w:val="14"/>
              </w:rPr>
              <w:t>Bolognese Penne Pasta — serves 6+</w:t>
            </w:r>
          </w:p>
        </w:tc>
        <w:tc>
          <w:tcPr>
            <w:tcW w:w="2613" w:type="dxa"/>
          </w:tcPr>
          <w:p w14:paraId="27D9132F" w14:textId="77777777" w:rsidR="00C318E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4"/>
              </w:rPr>
              <w:t>$105.00</w:t>
            </w:r>
          </w:p>
        </w:tc>
        <w:tc>
          <w:tcPr>
            <w:tcW w:w="2613" w:type="dxa"/>
          </w:tcPr>
          <w:p w14:paraId="4DC1BE20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3" w:type="dxa"/>
          </w:tcPr>
          <w:p w14:paraId="1CA7B97A" w14:textId="77777777" w:rsidR="00C318E7" w:rsidRDefault="00C31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D4961DC" w14:textId="77777777" w:rsidR="00C318E7" w:rsidRDefault="00000000">
      <w:pPr>
        <w:spacing w:after="60"/>
      </w:pPr>
      <w:r>
        <w:rPr>
          <w:b/>
          <w:color w:val="2B4B58"/>
          <w:sz w:val="18"/>
        </w:rPr>
        <w:t>ADDITIONAL ORDER / SPECIAL REQUESTS</w:t>
      </w:r>
    </w:p>
    <w:p w14:paraId="333C22D8" w14:textId="77777777" w:rsidR="00C318E7" w:rsidRDefault="00000000">
      <w:pPr>
        <w:spacing w:after="60"/>
      </w:pPr>
      <w:r>
        <w:rPr>
          <w:color w:val="2B4B58"/>
          <w:sz w:val="18"/>
        </w:rPr>
        <w:t>_________________________________________________________________________________________________</w:t>
      </w:r>
    </w:p>
    <w:p w14:paraId="25117DEE" w14:textId="77777777" w:rsidR="00C318E7" w:rsidRDefault="00000000">
      <w:pPr>
        <w:spacing w:after="60"/>
      </w:pPr>
      <w:r>
        <w:rPr>
          <w:b/>
          <w:color w:val="2B4B58"/>
          <w:sz w:val="18"/>
        </w:rPr>
        <w:t>ORDER SUMMARY &amp; PAYMENT</w:t>
      </w:r>
    </w:p>
    <w:p w14:paraId="2B18D58D" w14:textId="77777777" w:rsidR="00C318E7" w:rsidRDefault="00000000">
      <w:pPr>
        <w:spacing w:after="60"/>
      </w:pPr>
      <w:r>
        <w:rPr>
          <w:color w:val="2B4B58"/>
          <w:sz w:val="18"/>
        </w:rPr>
        <w:t>Estimated total: $___________</w:t>
      </w:r>
      <w:proofErr w:type="gramStart"/>
      <w:r>
        <w:rPr>
          <w:color w:val="2B4B58"/>
          <w:sz w:val="18"/>
        </w:rPr>
        <w:t>_  Deposit</w:t>
      </w:r>
      <w:proofErr w:type="gramEnd"/>
      <w:r>
        <w:rPr>
          <w:color w:val="2B4B58"/>
          <w:sz w:val="18"/>
        </w:rPr>
        <w:t xml:space="preserve"> paid: $___________</w:t>
      </w:r>
      <w:proofErr w:type="gramStart"/>
      <w:r>
        <w:rPr>
          <w:color w:val="2B4B58"/>
          <w:sz w:val="18"/>
        </w:rPr>
        <w:t>_  Balance</w:t>
      </w:r>
      <w:proofErr w:type="gramEnd"/>
      <w:r>
        <w:rPr>
          <w:color w:val="2B4B58"/>
          <w:sz w:val="18"/>
        </w:rPr>
        <w:t xml:space="preserve"> due: $____________</w:t>
      </w:r>
    </w:p>
    <w:p w14:paraId="72C53DA3" w14:textId="77777777" w:rsidR="00C318E7" w:rsidRDefault="00000000">
      <w:pPr>
        <w:spacing w:after="60"/>
      </w:pPr>
      <w:r>
        <w:rPr>
          <w:color w:val="2B4B58"/>
          <w:sz w:val="18"/>
        </w:rPr>
        <w:t>Payment method: ____________________   ☐ Unpaid    ☐ Deposit paid    ☐ Paid in full</w:t>
      </w:r>
    </w:p>
    <w:p w14:paraId="13DA97FE" w14:textId="77777777" w:rsidR="00C318E7" w:rsidRDefault="00000000">
      <w:pPr>
        <w:spacing w:after="60"/>
      </w:pPr>
      <w:r>
        <w:rPr>
          <w:color w:val="2B4B58"/>
          <w:sz w:val="18"/>
        </w:rPr>
        <w:t>Customer confirmation: ______________________________    Date: __________________</w:t>
      </w:r>
    </w:p>
    <w:sectPr w:rsidR="00C318E7" w:rsidSect="00034616">
      <w:footerReference w:type="default" r:id="rId8"/>
      <w:pgSz w:w="12240" w:h="15840"/>
      <w:pgMar w:top="792" w:right="893" w:bottom="720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EBA7" w14:textId="77777777" w:rsidR="00EA509C" w:rsidRDefault="00EA509C">
      <w:pPr>
        <w:spacing w:after="0" w:line="240" w:lineRule="auto"/>
      </w:pPr>
      <w:r>
        <w:separator/>
      </w:r>
    </w:p>
  </w:endnote>
  <w:endnote w:type="continuationSeparator" w:id="0">
    <w:p w14:paraId="1D788B0F" w14:textId="77777777" w:rsidR="00EA509C" w:rsidRDefault="00EA5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DADB" w14:textId="77777777" w:rsidR="00C318E7" w:rsidRDefault="00000000">
    <w:pPr>
      <w:pStyle w:val="Footer"/>
      <w:jc w:val="center"/>
    </w:pPr>
    <w:r>
      <w:t>INGREDIENTS DELI • CATERING ORDER FORM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953D" w14:textId="77777777" w:rsidR="00EA509C" w:rsidRDefault="00EA509C">
      <w:pPr>
        <w:spacing w:after="0" w:line="240" w:lineRule="auto"/>
      </w:pPr>
      <w:r>
        <w:separator/>
      </w:r>
    </w:p>
  </w:footnote>
  <w:footnote w:type="continuationSeparator" w:id="0">
    <w:p w14:paraId="1084DBA9" w14:textId="77777777" w:rsidR="00EA509C" w:rsidRDefault="00EA5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09932">
    <w:abstractNumId w:val="8"/>
  </w:num>
  <w:num w:numId="2" w16cid:durableId="1291211189">
    <w:abstractNumId w:val="6"/>
  </w:num>
  <w:num w:numId="3" w16cid:durableId="23988293">
    <w:abstractNumId w:val="5"/>
  </w:num>
  <w:num w:numId="4" w16cid:durableId="268662511">
    <w:abstractNumId w:val="4"/>
  </w:num>
  <w:num w:numId="5" w16cid:durableId="1813324284">
    <w:abstractNumId w:val="7"/>
  </w:num>
  <w:num w:numId="6" w16cid:durableId="1358852093">
    <w:abstractNumId w:val="3"/>
  </w:num>
  <w:num w:numId="7" w16cid:durableId="967128610">
    <w:abstractNumId w:val="2"/>
  </w:num>
  <w:num w:numId="8" w16cid:durableId="1373843154">
    <w:abstractNumId w:val="1"/>
  </w:num>
  <w:num w:numId="9" w16cid:durableId="121323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803"/>
    <w:rsid w:val="00034616"/>
    <w:rsid w:val="0006063C"/>
    <w:rsid w:val="0015074B"/>
    <w:rsid w:val="0029639D"/>
    <w:rsid w:val="002C2CC4"/>
    <w:rsid w:val="00326F90"/>
    <w:rsid w:val="006B740D"/>
    <w:rsid w:val="007D0534"/>
    <w:rsid w:val="008F0CAB"/>
    <w:rsid w:val="00AA1D8D"/>
    <w:rsid w:val="00B47730"/>
    <w:rsid w:val="00B83970"/>
    <w:rsid w:val="00C318E7"/>
    <w:rsid w:val="00CB0664"/>
    <w:rsid w:val="00DB6B4F"/>
    <w:rsid w:val="00E1278A"/>
    <w:rsid w:val="00E755CB"/>
    <w:rsid w:val="00EA50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6DE8A7"/>
  <w14:defaultImageDpi w14:val="300"/>
  <w15:docId w15:val="{2DF47021-31F9-4BB8-98E4-1EA7F436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Amisha Prajapati</cp:lastModifiedBy>
  <cp:revision>4</cp:revision>
  <dcterms:created xsi:type="dcterms:W3CDTF">2013-12-23T23:15:00Z</dcterms:created>
  <dcterms:modified xsi:type="dcterms:W3CDTF">2026-10-27T03:39:00Z</dcterms:modified>
  <cp:category/>
</cp:coreProperties>
</file>